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4082"/>
      </w:tblGrid>
      <w:tr w:rsidR="00894D69" w:rsidRPr="00B52BD2" w14:paraId="277B5DB7" w14:textId="77777777">
        <w:trPr>
          <w:jc w:val="center"/>
        </w:trPr>
        <w:tc>
          <w:tcPr>
            <w:tcW w:w="5216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35205D" w14:textId="77777777" w:rsidR="00894D69" w:rsidRPr="00B52BD2" w:rsidRDefault="00000000">
            <w:pPr>
              <w:spacing w:after="0"/>
            </w:pPr>
            <w:r w:rsidRPr="00B52BD2">
              <w:rPr>
                <w:b/>
                <w:color w:val="17365D"/>
                <w:sz w:val="28"/>
              </w:rPr>
              <w:t>SERVICE RELATIONS CLIENTS</w:t>
            </w:r>
            <w:r w:rsidRPr="00B52BD2">
              <w:br/>
              <w:t>25 avenue de la Formation</w:t>
            </w:r>
            <w:r w:rsidRPr="00B52BD2">
              <w:br/>
              <w:t>69003 Lyon</w:t>
            </w:r>
            <w:r w:rsidRPr="00B52BD2">
              <w:br/>
              <w:t>Tél. : 04 00 00 00 00</w:t>
            </w:r>
          </w:p>
        </w:tc>
        <w:tc>
          <w:tcPr>
            <w:tcW w:w="408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78739" w14:textId="77777777" w:rsidR="00894D69" w:rsidRPr="00B52BD2" w:rsidRDefault="00000000">
            <w:pPr>
              <w:jc w:val="right"/>
            </w:pPr>
            <w:r w:rsidRPr="00B52BD2">
              <w:rPr>
                <w:b/>
              </w:rPr>
              <w:t>Exercice de publipostage</w:t>
            </w:r>
            <w:r w:rsidRPr="00B52BD2">
              <w:rPr>
                <w:b/>
              </w:rPr>
              <w:br/>
            </w:r>
            <w:r w:rsidRPr="00B52BD2">
              <w:rPr>
                <w:color w:val="666666"/>
              </w:rPr>
              <w:t>Document pédagogique</w:t>
            </w:r>
          </w:p>
        </w:tc>
      </w:tr>
    </w:tbl>
    <w:p w14:paraId="42C6FE50" w14:textId="77777777" w:rsidR="00894D69" w:rsidRPr="00B52BD2" w:rsidRDefault="00894D69">
      <w:pPr>
        <w:pBdr>
          <w:bottom w:val="single" w:sz="8" w:space="6" w:color="D9E2F3"/>
        </w:pBdr>
        <w:spacing w:after="16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06"/>
        <w:gridCol w:w="4706"/>
      </w:tblGrid>
      <w:tr w:rsidR="00894D69" w:rsidRPr="00B52BD2" w14:paraId="33F37A2D" w14:textId="77777777">
        <w:tc>
          <w:tcPr>
            <w:tcW w:w="47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170BD1" w14:textId="77777777" w:rsidR="00894D69" w:rsidRPr="00B52BD2" w:rsidRDefault="00894D69"/>
        </w:tc>
        <w:tc>
          <w:tcPr>
            <w:tcW w:w="470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D3913" w14:textId="77777777" w:rsidR="00894D69" w:rsidRPr="00B52BD2" w:rsidRDefault="00000000" w:rsidP="00B52BD2">
            <w:r w:rsidRPr="00B52BD2">
              <w:t>[Champ : Civilite] [Champ : Prenom] [Champ : Nom]</w:t>
            </w:r>
            <w:r w:rsidRPr="00B52BD2">
              <w:br/>
              <w:t>[Champ : Societe]</w:t>
            </w:r>
            <w:r w:rsidRPr="00B52BD2">
              <w:br/>
              <w:t>[Champ : Adresse]</w:t>
            </w:r>
            <w:r w:rsidRPr="00B52BD2">
              <w:br/>
              <w:t>[Champ : CodePostal] [Champ : Ville]</w:t>
            </w:r>
          </w:p>
        </w:tc>
      </w:tr>
    </w:tbl>
    <w:p w14:paraId="1EA2D5F5" w14:textId="0F7C66B2" w:rsidR="00894D69" w:rsidRPr="00B52BD2" w:rsidRDefault="00000000">
      <w:pPr>
        <w:jc w:val="right"/>
      </w:pPr>
      <w:r w:rsidRPr="00B52BD2">
        <w:t>Lyon, le 28 s</w:t>
      </w:r>
      <w:r w:rsidR="00B52BD2" w:rsidRPr="00B52BD2">
        <w:t>e</w:t>
      </w:r>
      <w:r w:rsidRPr="00B52BD2">
        <w:t>ptembre 2026</w:t>
      </w:r>
    </w:p>
    <w:p w14:paraId="67F6E806" w14:textId="77777777" w:rsidR="00894D69" w:rsidRPr="00B52BD2" w:rsidRDefault="00000000">
      <w:pPr>
        <w:spacing w:before="160"/>
      </w:pPr>
      <w:r w:rsidRPr="00B52BD2">
        <w:rPr>
          <w:b/>
          <w:color w:val="17365D"/>
        </w:rPr>
        <w:t>Objet : Suivi de votre contrat et mise à jour de votre dossier</w:t>
      </w:r>
    </w:p>
    <w:p w14:paraId="06302E16" w14:textId="77777777" w:rsidR="00894D69" w:rsidRPr="00B52BD2" w:rsidRDefault="00000000" w:rsidP="00B52BD2">
      <w:r w:rsidRPr="00B52BD2">
        <w:t>[Champ : Civilite],</w:t>
      </w:r>
    </w:p>
    <w:p w14:paraId="0164B7CB" w14:textId="77777777" w:rsidR="00894D69" w:rsidRPr="00B52BD2" w:rsidRDefault="00000000">
      <w:r w:rsidRPr="00B52BD2">
        <w:t>Nous vous contactons dans le cadre du suivi de votre dossier au sein de [Champ : Societe]. Nos informations indiquent que votre contrat a été enregistré le [Champ : DateContrat].</w:t>
      </w:r>
    </w:p>
    <w:p w14:paraId="0FEBAA42" w14:textId="77777777" w:rsidR="00894D69" w:rsidRPr="00B52BD2" w:rsidRDefault="00000000">
      <w:r w:rsidRPr="00B52BD2">
        <w:t>Le montant associé à votre dossier est de [Champ : Montant]. Votre dossier est actuellement enregistré avec le statut [Champ : Statut] pour la région [Champ : Region].</w:t>
      </w:r>
    </w:p>
    <w:p w14:paraId="5EEF72B4" w14:textId="77777777" w:rsidR="00894D69" w:rsidRPr="00B52BD2" w:rsidRDefault="00000000">
      <w:r w:rsidRPr="00B52BD2">
        <w:t>Afin de garantir la qualité de nos informations, nous vous invitons à vérifier que les coordonnées figurant sur ce courrier sont exactes. En cas de modification, vous pouvez contacter notre service relations clients.</w:t>
      </w:r>
    </w:p>
    <w:p w14:paraId="231048BC" w14:textId="77777777" w:rsidR="00894D69" w:rsidRPr="00B52BD2" w:rsidRDefault="00000000">
      <w:r w:rsidRPr="00B52BD2">
        <w:t>Nous vous remercions de votre confiance et restons à votre disposition pour toute information complémentaire.</w:t>
      </w:r>
    </w:p>
    <w:p w14:paraId="42C30E4B" w14:textId="77777777" w:rsidR="00894D69" w:rsidRDefault="00000000">
      <w:pPr>
        <w:spacing w:before="160"/>
      </w:pPr>
      <w:r w:rsidRPr="00B52BD2">
        <w:rPr>
          <w:b/>
        </w:rPr>
        <w:t>Cordialement,</w:t>
      </w:r>
      <w:r w:rsidRPr="00B52BD2">
        <w:rPr>
          <w:b/>
        </w:rPr>
        <w:br/>
      </w:r>
      <w:r w:rsidRPr="00B52BD2">
        <w:t>Le service relations clients</w:t>
      </w:r>
    </w:p>
    <w:p w14:paraId="1960579B" w14:textId="77777777" w:rsidR="006542DB" w:rsidRDefault="006542DB">
      <w:pPr>
        <w:spacing w:before="160"/>
      </w:pPr>
    </w:p>
    <w:p w14:paraId="465BA99E" w14:textId="77777777" w:rsidR="006542DB" w:rsidRDefault="006542DB">
      <w:pPr>
        <w:spacing w:before="160"/>
      </w:pPr>
    </w:p>
    <w:p w14:paraId="637AF955" w14:textId="77777777" w:rsidR="006542DB" w:rsidRPr="00B52BD2" w:rsidRDefault="006542DB">
      <w:pPr>
        <w:spacing w:before="16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412"/>
      </w:tblGrid>
      <w:tr w:rsidR="00894D69" w:rsidRPr="00B52BD2" w14:paraId="625AD1D2" w14:textId="77777777">
        <w:trPr>
          <w:jc w:val="center"/>
        </w:trPr>
        <w:tc>
          <w:tcPr>
            <w:tcW w:w="9412" w:type="dxa"/>
            <w:shd w:val="clear" w:color="auto" w:fill="EAF2F8"/>
            <w:tcMar>
              <w:top w:w="120" w:type="dxa"/>
              <w:left w:w="140" w:type="dxa"/>
              <w:bottom w:w="120" w:type="dxa"/>
              <w:right w:w="140" w:type="dxa"/>
            </w:tcMar>
          </w:tcPr>
          <w:p w14:paraId="50081D59" w14:textId="77777777" w:rsidR="00894D69" w:rsidRPr="00B52BD2" w:rsidRDefault="00000000">
            <w:pPr>
              <w:spacing w:after="0"/>
            </w:pPr>
            <w:r w:rsidRPr="00B52BD2">
              <w:rPr>
                <w:b/>
                <w:color w:val="17365D"/>
              </w:rPr>
              <w:t xml:space="preserve">Objectif pédagogique : </w:t>
            </w:r>
            <w:r w:rsidRPr="00B52BD2">
              <w:t>utiliser les champs de la base Excel « BDD_Publipostage_Exemple.xlsx » pour générer un courrier personnalisé par destinataire.</w:t>
            </w:r>
          </w:p>
        </w:tc>
      </w:tr>
    </w:tbl>
    <w:p w14:paraId="5130541B" w14:textId="6AAE149E" w:rsidR="00894D69" w:rsidRPr="00B52BD2" w:rsidRDefault="00894D69"/>
    <w:sectPr w:rsidR="00894D69" w:rsidRPr="00B52BD2" w:rsidSect="00034616">
      <w:footerReference w:type="default" r:id="rId8"/>
      <w:pgSz w:w="11906" w:h="16838"/>
      <w:pgMar w:top="1020" w:right="1247" w:bottom="96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27AEBC" w14:textId="77777777" w:rsidR="00220DCE" w:rsidRPr="00B52BD2" w:rsidRDefault="00220DCE">
      <w:pPr>
        <w:spacing w:after="0" w:line="240" w:lineRule="auto"/>
      </w:pPr>
      <w:r w:rsidRPr="00B52BD2">
        <w:separator/>
      </w:r>
    </w:p>
  </w:endnote>
  <w:endnote w:type="continuationSeparator" w:id="0">
    <w:p w14:paraId="2B15BE76" w14:textId="77777777" w:rsidR="00220DCE" w:rsidRPr="00B52BD2" w:rsidRDefault="00220DCE">
      <w:pPr>
        <w:spacing w:after="0" w:line="240" w:lineRule="auto"/>
      </w:pPr>
      <w:r w:rsidRPr="00B52BD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EA80AB" w14:textId="77777777" w:rsidR="00894D69" w:rsidRPr="00B52BD2" w:rsidRDefault="00000000">
    <w:pPr>
      <w:pStyle w:val="Pieddepage"/>
      <w:jc w:val="center"/>
    </w:pPr>
    <w:r w:rsidRPr="00B52BD2">
      <w:rPr>
        <w:color w:val="666666"/>
        <w:sz w:val="16"/>
      </w:rPr>
      <w:t>Exercice pédagogique - Publipostage Word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66E59" w14:textId="77777777" w:rsidR="00220DCE" w:rsidRPr="00B52BD2" w:rsidRDefault="00220DCE">
      <w:pPr>
        <w:spacing w:after="0" w:line="240" w:lineRule="auto"/>
      </w:pPr>
      <w:r w:rsidRPr="00B52BD2">
        <w:separator/>
      </w:r>
    </w:p>
  </w:footnote>
  <w:footnote w:type="continuationSeparator" w:id="0">
    <w:p w14:paraId="1358AABA" w14:textId="77777777" w:rsidR="00220DCE" w:rsidRPr="00B52BD2" w:rsidRDefault="00220DCE">
      <w:pPr>
        <w:spacing w:after="0" w:line="240" w:lineRule="auto"/>
      </w:pPr>
      <w:r w:rsidRPr="00B52BD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31909965">
    <w:abstractNumId w:val="8"/>
  </w:num>
  <w:num w:numId="2" w16cid:durableId="1809085061">
    <w:abstractNumId w:val="6"/>
  </w:num>
  <w:num w:numId="3" w16cid:durableId="594509662">
    <w:abstractNumId w:val="5"/>
  </w:num>
  <w:num w:numId="4" w16cid:durableId="1144159458">
    <w:abstractNumId w:val="4"/>
  </w:num>
  <w:num w:numId="5" w16cid:durableId="1494371361">
    <w:abstractNumId w:val="7"/>
  </w:num>
  <w:num w:numId="6" w16cid:durableId="1515071525">
    <w:abstractNumId w:val="3"/>
  </w:num>
  <w:num w:numId="7" w16cid:durableId="1860972033">
    <w:abstractNumId w:val="2"/>
  </w:num>
  <w:num w:numId="8" w16cid:durableId="948665025">
    <w:abstractNumId w:val="1"/>
  </w:num>
  <w:num w:numId="9" w16cid:durableId="1069696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F715D"/>
    <w:rsid w:val="00220DCE"/>
    <w:rsid w:val="0029639D"/>
    <w:rsid w:val="00326F90"/>
    <w:rsid w:val="006542DB"/>
    <w:rsid w:val="00894D69"/>
    <w:rsid w:val="00A7300A"/>
    <w:rsid w:val="00AA1D8D"/>
    <w:rsid w:val="00B47730"/>
    <w:rsid w:val="00B52BD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D1CAE5"/>
  <w14:defaultImageDpi w14:val="300"/>
  <w15:docId w15:val="{9AB1F5AC-BA51-4C20-A16B-1BFE9509C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40" w:line="259" w:lineRule="auto"/>
    </w:pPr>
    <w:rPr>
      <w:rFonts w:ascii="Aptos" w:hAnsi="Aptos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7365D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7365D"/>
      <w:sz w:val="25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48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190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didier pitiot</cp:lastModifiedBy>
  <cp:revision>3</cp:revision>
  <cp:lastPrinted>2026-09-29T07:28:00Z</cp:lastPrinted>
  <dcterms:created xsi:type="dcterms:W3CDTF">2013-12-23T23:15:00Z</dcterms:created>
  <dcterms:modified xsi:type="dcterms:W3CDTF">2026-09-29T07:28:00Z</dcterms:modified>
  <cp:category/>
</cp:coreProperties>
</file>