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94D11" w14:textId="77777777" w:rsidR="00B447F8" w:rsidRPr="002E1D99" w:rsidRDefault="00000000">
      <w:pPr>
        <w:spacing w:line="240" w:lineRule="auto"/>
        <w:rPr>
          <w:rFonts w:ascii="Aptos" w:hAnsi="Aptos"/>
        </w:rPr>
      </w:pPr>
      <w:r w:rsidRPr="002E1D99">
        <w:rPr>
          <w:rFonts w:ascii="Aptos" w:hAnsi="Aptos"/>
        </w:rPr>
        <w:t>Alexandre Martin</w:t>
      </w:r>
    </w:p>
    <w:p w14:paraId="4E8E4F48" w14:textId="77777777" w:rsidR="00B447F8" w:rsidRPr="002E1D99" w:rsidRDefault="00000000">
      <w:pPr>
        <w:spacing w:line="240" w:lineRule="auto"/>
        <w:rPr>
          <w:rFonts w:ascii="Aptos" w:hAnsi="Aptos"/>
        </w:rPr>
      </w:pPr>
      <w:r w:rsidRPr="002E1D99">
        <w:rPr>
          <w:rFonts w:ascii="Aptos" w:hAnsi="Aptos"/>
        </w:rPr>
        <w:t>Service administratif - Entreprise Exemple</w:t>
      </w:r>
    </w:p>
    <w:p w14:paraId="44844949" w14:textId="77777777" w:rsidR="00B447F8" w:rsidRPr="002E1D99" w:rsidRDefault="00000000">
      <w:pPr>
        <w:spacing w:line="240" w:lineRule="auto"/>
        <w:rPr>
          <w:rFonts w:ascii="Aptos" w:hAnsi="Aptos"/>
        </w:rPr>
      </w:pPr>
      <w:r w:rsidRPr="002E1D99">
        <w:rPr>
          <w:rFonts w:ascii="Aptos" w:hAnsi="Aptos"/>
        </w:rPr>
        <w:t>24, rue des Acacias - 69000 Lyon</w:t>
      </w:r>
    </w:p>
    <w:p w14:paraId="21FC3DFA" w14:textId="77777777" w:rsidR="00B447F8" w:rsidRPr="002E1D99" w:rsidRDefault="00000000">
      <w:pPr>
        <w:spacing w:line="240" w:lineRule="auto"/>
        <w:rPr>
          <w:rFonts w:ascii="Aptos" w:hAnsi="Aptos"/>
        </w:rPr>
      </w:pPr>
      <w:r w:rsidRPr="002E1D99">
        <w:rPr>
          <w:rFonts w:ascii="Aptos" w:hAnsi="Aptos"/>
        </w:rPr>
        <w:t>Téléphone : 04 00 00 00 00 - alexandre.martin@exemple.fr</w:t>
      </w:r>
    </w:p>
    <w:p w14:paraId="64E26C18" w14:textId="77777777" w:rsidR="00B447F8" w:rsidRPr="002E1D99" w:rsidRDefault="00B447F8">
      <w:pPr>
        <w:spacing w:line="240" w:lineRule="auto"/>
        <w:rPr>
          <w:rFonts w:ascii="Aptos" w:hAnsi="Aptos"/>
        </w:rPr>
      </w:pPr>
    </w:p>
    <w:p w14:paraId="5D59D179" w14:textId="77777777" w:rsidR="00B447F8" w:rsidRPr="002E1D99" w:rsidRDefault="00000000">
      <w:pPr>
        <w:spacing w:line="240" w:lineRule="auto"/>
        <w:rPr>
          <w:rFonts w:ascii="Aptos" w:hAnsi="Aptos"/>
        </w:rPr>
      </w:pPr>
      <w:r w:rsidRPr="002E1D99">
        <w:rPr>
          <w:rFonts w:ascii="Aptos" w:hAnsi="Aptos"/>
        </w:rPr>
        <w:t>Madame Sophie Bernard</w:t>
      </w:r>
    </w:p>
    <w:p w14:paraId="59C5F95B" w14:textId="77777777" w:rsidR="00B447F8" w:rsidRPr="002E1D99" w:rsidRDefault="00000000">
      <w:pPr>
        <w:spacing w:line="240" w:lineRule="auto"/>
        <w:rPr>
          <w:rFonts w:ascii="Aptos" w:hAnsi="Aptos"/>
        </w:rPr>
      </w:pPr>
      <w:r w:rsidRPr="002E1D99">
        <w:rPr>
          <w:rFonts w:ascii="Aptos" w:hAnsi="Aptos"/>
        </w:rPr>
        <w:t>Responsable des inscriptions</w:t>
      </w:r>
    </w:p>
    <w:p w14:paraId="1AFBEF34" w14:textId="77777777" w:rsidR="00B447F8" w:rsidRPr="002E1D99" w:rsidRDefault="00000000">
      <w:pPr>
        <w:spacing w:line="240" w:lineRule="auto"/>
        <w:rPr>
          <w:rFonts w:ascii="Aptos" w:hAnsi="Aptos"/>
        </w:rPr>
      </w:pPr>
      <w:r w:rsidRPr="002E1D99">
        <w:rPr>
          <w:rFonts w:ascii="Aptos" w:hAnsi="Aptos"/>
        </w:rPr>
        <w:t>Centre Horizon Formation</w:t>
      </w:r>
    </w:p>
    <w:p w14:paraId="4E145AE2" w14:textId="77777777" w:rsidR="00B447F8" w:rsidRPr="002E1D99" w:rsidRDefault="00000000">
      <w:pPr>
        <w:spacing w:line="240" w:lineRule="auto"/>
        <w:rPr>
          <w:rFonts w:ascii="Aptos" w:hAnsi="Aptos"/>
        </w:rPr>
      </w:pPr>
      <w:r w:rsidRPr="002E1D99">
        <w:rPr>
          <w:rFonts w:ascii="Aptos" w:hAnsi="Aptos"/>
        </w:rPr>
        <w:t>15, avenue de la République - 69000 Lyon</w:t>
      </w:r>
    </w:p>
    <w:p w14:paraId="7DEF6464" w14:textId="77777777" w:rsidR="00B447F8" w:rsidRPr="002E1D99" w:rsidRDefault="00B447F8">
      <w:pPr>
        <w:spacing w:line="240" w:lineRule="auto"/>
        <w:rPr>
          <w:rFonts w:ascii="Aptos" w:hAnsi="Aptos"/>
        </w:rPr>
      </w:pPr>
    </w:p>
    <w:p w14:paraId="63EB5DCA" w14:textId="77777777" w:rsidR="00B447F8" w:rsidRPr="002E1D99" w:rsidRDefault="00000000">
      <w:pPr>
        <w:spacing w:line="240" w:lineRule="auto"/>
        <w:rPr>
          <w:rFonts w:ascii="Aptos" w:hAnsi="Aptos"/>
        </w:rPr>
      </w:pPr>
      <w:r w:rsidRPr="002E1D99">
        <w:rPr>
          <w:rFonts w:ascii="Aptos" w:hAnsi="Aptos"/>
        </w:rPr>
        <w:t>Lyon, le 15 septembre 2026</w:t>
      </w:r>
    </w:p>
    <w:p w14:paraId="577A0C30" w14:textId="77777777" w:rsidR="00B447F8" w:rsidRPr="002E1D99" w:rsidRDefault="00B447F8">
      <w:pPr>
        <w:spacing w:line="240" w:lineRule="auto"/>
        <w:rPr>
          <w:rFonts w:ascii="Aptos" w:hAnsi="Aptos"/>
        </w:rPr>
      </w:pPr>
    </w:p>
    <w:p w14:paraId="0032664F" w14:textId="77777777" w:rsidR="00B447F8" w:rsidRPr="002E1D99" w:rsidRDefault="00000000">
      <w:pPr>
        <w:spacing w:line="240" w:lineRule="auto"/>
        <w:rPr>
          <w:rFonts w:ascii="Aptos" w:hAnsi="Aptos"/>
        </w:rPr>
      </w:pPr>
      <w:r w:rsidRPr="002E1D99">
        <w:rPr>
          <w:rFonts w:ascii="Aptos" w:hAnsi="Aptos"/>
        </w:rPr>
        <w:t>Objet : Demande d'informations concernant une session de formation</w:t>
      </w:r>
    </w:p>
    <w:p w14:paraId="288B8226" w14:textId="77777777" w:rsidR="00B447F8" w:rsidRPr="002E1D99" w:rsidRDefault="00B447F8">
      <w:pPr>
        <w:spacing w:line="240" w:lineRule="auto"/>
        <w:rPr>
          <w:rFonts w:ascii="Aptos" w:hAnsi="Aptos"/>
        </w:rPr>
      </w:pPr>
    </w:p>
    <w:p w14:paraId="0B0CAE0C" w14:textId="77777777" w:rsidR="00B447F8" w:rsidRPr="002E1D99" w:rsidRDefault="00000000">
      <w:pPr>
        <w:spacing w:line="240" w:lineRule="auto"/>
        <w:rPr>
          <w:rFonts w:ascii="Aptos" w:hAnsi="Aptos"/>
        </w:rPr>
      </w:pPr>
      <w:r w:rsidRPr="002E1D99">
        <w:rPr>
          <w:rFonts w:ascii="Aptos" w:hAnsi="Aptos"/>
        </w:rPr>
        <w:t>Madame,</w:t>
      </w:r>
    </w:p>
    <w:p w14:paraId="007DB3BE" w14:textId="77777777" w:rsidR="00B447F8" w:rsidRPr="002E1D99" w:rsidRDefault="00B447F8">
      <w:pPr>
        <w:spacing w:line="240" w:lineRule="auto"/>
        <w:rPr>
          <w:rFonts w:ascii="Aptos" w:hAnsi="Aptos"/>
        </w:rPr>
      </w:pPr>
    </w:p>
    <w:p w14:paraId="71652808" w14:textId="77777777" w:rsidR="00B447F8" w:rsidRPr="002E1D99" w:rsidRDefault="00000000">
      <w:pPr>
        <w:spacing w:line="240" w:lineRule="auto"/>
        <w:rPr>
          <w:rFonts w:ascii="Aptos" w:hAnsi="Aptos"/>
        </w:rPr>
      </w:pPr>
      <w:r w:rsidRPr="002E1D99">
        <w:rPr>
          <w:rFonts w:ascii="Aptos" w:hAnsi="Aptos"/>
        </w:rPr>
        <w:t>Dans le cadre du plan de développement des compétences de notre entreprise, nous souhaitons inscrire plusieurs collaborateurs à une prochaine session de formation consacrée aux outils bureautiques.</w:t>
      </w:r>
    </w:p>
    <w:p w14:paraId="50BDBAF6" w14:textId="77777777" w:rsidR="00B447F8" w:rsidRPr="002E1D99" w:rsidRDefault="00B447F8">
      <w:pPr>
        <w:spacing w:line="240" w:lineRule="auto"/>
        <w:rPr>
          <w:rFonts w:ascii="Aptos" w:hAnsi="Aptos"/>
        </w:rPr>
      </w:pPr>
    </w:p>
    <w:p w14:paraId="19BA3EB8" w14:textId="77777777" w:rsidR="00B447F8" w:rsidRPr="002E1D99" w:rsidRDefault="00000000">
      <w:pPr>
        <w:spacing w:line="240" w:lineRule="auto"/>
        <w:rPr>
          <w:rFonts w:ascii="Aptos" w:hAnsi="Aptos"/>
        </w:rPr>
      </w:pPr>
      <w:r w:rsidRPr="002E1D99">
        <w:rPr>
          <w:rFonts w:ascii="Aptos" w:hAnsi="Aptos"/>
        </w:rPr>
        <w:t>Afin de préparer cette inscription, je vous remercie de bien vouloir me communiquer les dates des prochaines sessions, les horaires et la durée de la formation, les modalités d'inscription ainsi que les tarifs applicables.</w:t>
      </w:r>
    </w:p>
    <w:p w14:paraId="1904DA09" w14:textId="77777777" w:rsidR="00B447F8" w:rsidRPr="002E1D99" w:rsidRDefault="00B447F8">
      <w:pPr>
        <w:spacing w:line="240" w:lineRule="auto"/>
        <w:rPr>
          <w:rFonts w:ascii="Aptos" w:hAnsi="Aptos"/>
        </w:rPr>
      </w:pPr>
    </w:p>
    <w:p w14:paraId="6A2D3FCB" w14:textId="77777777" w:rsidR="00B447F8" w:rsidRPr="002E1D99" w:rsidRDefault="00000000">
      <w:pPr>
        <w:spacing w:line="240" w:lineRule="auto"/>
        <w:rPr>
          <w:rFonts w:ascii="Aptos" w:hAnsi="Aptos"/>
        </w:rPr>
      </w:pPr>
      <w:r w:rsidRPr="002E1D99">
        <w:rPr>
          <w:rFonts w:ascii="Aptos" w:hAnsi="Aptos"/>
        </w:rPr>
        <w:t>Nous souhaiterions également savoir si les participants doivent disposer de connaissances préalables et si un support de cours est remis à l'issue de la formation.</w:t>
      </w:r>
    </w:p>
    <w:p w14:paraId="64F5353F" w14:textId="77777777" w:rsidR="00B447F8" w:rsidRPr="002E1D99" w:rsidRDefault="00B447F8">
      <w:pPr>
        <w:spacing w:line="240" w:lineRule="auto"/>
        <w:rPr>
          <w:rFonts w:ascii="Aptos" w:hAnsi="Aptos"/>
        </w:rPr>
      </w:pPr>
    </w:p>
    <w:p w14:paraId="2E089E4F" w14:textId="77777777" w:rsidR="00B447F8" w:rsidRPr="002E1D99" w:rsidRDefault="00000000">
      <w:pPr>
        <w:spacing w:line="240" w:lineRule="auto"/>
        <w:rPr>
          <w:rFonts w:ascii="Aptos" w:hAnsi="Aptos"/>
        </w:rPr>
      </w:pPr>
      <w:r w:rsidRPr="002E1D99">
        <w:rPr>
          <w:rFonts w:ascii="Aptos" w:hAnsi="Aptos"/>
        </w:rPr>
        <w:t>Je vous remercie par avance pour votre réponse et reste à votre disposition pour tout renseignement complémentaire.</w:t>
      </w:r>
    </w:p>
    <w:p w14:paraId="1BAE102C" w14:textId="77777777" w:rsidR="00B447F8" w:rsidRPr="002E1D99" w:rsidRDefault="00B447F8">
      <w:pPr>
        <w:spacing w:line="240" w:lineRule="auto"/>
        <w:rPr>
          <w:rFonts w:ascii="Aptos" w:hAnsi="Aptos"/>
        </w:rPr>
      </w:pPr>
    </w:p>
    <w:p w14:paraId="7FAF28CB" w14:textId="77777777" w:rsidR="00B447F8" w:rsidRPr="002E1D99" w:rsidRDefault="00000000">
      <w:pPr>
        <w:spacing w:line="240" w:lineRule="auto"/>
        <w:rPr>
          <w:rFonts w:ascii="Aptos" w:hAnsi="Aptos"/>
        </w:rPr>
      </w:pPr>
      <w:r w:rsidRPr="002E1D99">
        <w:rPr>
          <w:rFonts w:ascii="Aptos" w:hAnsi="Aptos"/>
        </w:rPr>
        <w:t>Je vous prie d'agréer, Madame, l'expression de mes salutations distinguées.</w:t>
      </w:r>
    </w:p>
    <w:p w14:paraId="7DBCF884" w14:textId="77777777" w:rsidR="00B447F8" w:rsidRPr="002E1D99" w:rsidRDefault="00B447F8">
      <w:pPr>
        <w:spacing w:line="240" w:lineRule="auto"/>
        <w:rPr>
          <w:rFonts w:ascii="Aptos" w:hAnsi="Aptos"/>
        </w:rPr>
      </w:pPr>
    </w:p>
    <w:p w14:paraId="5596DB0F" w14:textId="77777777" w:rsidR="00B447F8" w:rsidRPr="002E1D99" w:rsidRDefault="00000000">
      <w:pPr>
        <w:spacing w:line="240" w:lineRule="auto"/>
        <w:rPr>
          <w:rFonts w:ascii="Aptos" w:hAnsi="Aptos"/>
        </w:rPr>
      </w:pPr>
      <w:r w:rsidRPr="002E1D99">
        <w:rPr>
          <w:rFonts w:ascii="Aptos" w:hAnsi="Aptos"/>
        </w:rPr>
        <w:t>Alexandre Martin</w:t>
      </w:r>
    </w:p>
    <w:p w14:paraId="175EB913" w14:textId="77777777" w:rsidR="00B447F8" w:rsidRPr="002E1D99" w:rsidRDefault="00000000">
      <w:pPr>
        <w:spacing w:line="240" w:lineRule="auto"/>
        <w:rPr>
          <w:rFonts w:ascii="Aptos" w:hAnsi="Aptos"/>
        </w:rPr>
      </w:pPr>
      <w:r w:rsidRPr="002E1D99">
        <w:rPr>
          <w:rFonts w:ascii="Aptos" w:hAnsi="Aptos"/>
        </w:rPr>
        <w:t>Service administratif</w:t>
      </w:r>
    </w:p>
    <w:p w14:paraId="100C3B15" w14:textId="77777777" w:rsidR="00D24A06" w:rsidRPr="002E1D99" w:rsidRDefault="00D24A06">
      <w:pPr>
        <w:rPr>
          <w:rFonts w:ascii="Aptos" w:hAnsi="Aptos"/>
        </w:rPr>
      </w:pPr>
    </w:p>
    <w:p w14:paraId="6E9F9795" w14:textId="77777777" w:rsidR="00D24A06" w:rsidRPr="002E1D99" w:rsidRDefault="00D24A06" w:rsidP="00D24A06">
      <w:pPr>
        <w:rPr>
          <w:rFonts w:ascii="Aptos" w:hAnsi="Aptos"/>
        </w:rPr>
      </w:pPr>
    </w:p>
    <w:p w14:paraId="0C57DFD2" w14:textId="77777777" w:rsidR="00D24A06" w:rsidRPr="002E1D99" w:rsidRDefault="00D24A06" w:rsidP="00D24A06">
      <w:pPr>
        <w:rPr>
          <w:rFonts w:ascii="Aptos" w:hAnsi="Aptos"/>
        </w:rPr>
      </w:pPr>
    </w:p>
    <w:p w14:paraId="78503CDB" w14:textId="77777777" w:rsidR="00D24A06" w:rsidRPr="002E1D99" w:rsidRDefault="00D24A06" w:rsidP="00D24A06">
      <w:pPr>
        <w:rPr>
          <w:rFonts w:ascii="Aptos" w:hAnsi="Aptos"/>
        </w:rPr>
      </w:pPr>
    </w:p>
    <w:p w14:paraId="40900308" w14:textId="77777777" w:rsidR="00D24A06" w:rsidRPr="002E1D99" w:rsidRDefault="00D24A06" w:rsidP="00D24A06">
      <w:pPr>
        <w:rPr>
          <w:rFonts w:ascii="Aptos" w:hAnsi="Aptos"/>
        </w:rPr>
      </w:pPr>
    </w:p>
    <w:p w14:paraId="47BF2C41" w14:textId="77777777" w:rsidR="00D24A06" w:rsidRPr="002E1D99" w:rsidRDefault="00D24A06" w:rsidP="00D24A06">
      <w:pPr>
        <w:rPr>
          <w:rFonts w:ascii="Aptos" w:hAnsi="Aptos"/>
        </w:rPr>
      </w:pPr>
    </w:p>
    <w:p w14:paraId="18B761CC" w14:textId="77777777" w:rsidR="00D24A06" w:rsidRPr="002E1D99" w:rsidRDefault="00D24A06" w:rsidP="00D24A06">
      <w:pPr>
        <w:rPr>
          <w:rFonts w:ascii="Aptos" w:hAnsi="Aptos"/>
        </w:rPr>
      </w:pPr>
    </w:p>
    <w:p w14:paraId="143AD1EB" w14:textId="77777777" w:rsidR="00D24A06" w:rsidRPr="002E1D99" w:rsidRDefault="00D24A06">
      <w:pPr>
        <w:rPr>
          <w:rFonts w:ascii="Aptos" w:hAnsi="Aptos"/>
        </w:rPr>
      </w:pPr>
    </w:p>
    <w:p w14:paraId="27EED396" w14:textId="053DE74C" w:rsidR="00B447F8" w:rsidRPr="00504E85" w:rsidRDefault="00D24A06" w:rsidP="00D24A06">
      <w:pPr>
        <w:tabs>
          <w:tab w:val="left" w:pos="1332"/>
        </w:tabs>
        <w:rPr>
          <w:rFonts w:ascii="Aptos" w:hAnsi="Aptos"/>
        </w:rPr>
      </w:pPr>
      <w:r w:rsidRPr="002E1D99">
        <w:rPr>
          <w:rFonts w:ascii="Aptos" w:hAnsi="Aptos"/>
        </w:rPr>
        <w:tab/>
      </w:r>
    </w:p>
    <w:sectPr w:rsidR="00B447F8" w:rsidRPr="00504E85" w:rsidSect="00034616">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D0AE9" w14:textId="77777777" w:rsidR="008A6D7C" w:rsidRPr="002E1D99" w:rsidRDefault="008A6D7C">
      <w:pPr>
        <w:spacing w:line="240" w:lineRule="auto"/>
      </w:pPr>
      <w:r w:rsidRPr="002E1D99">
        <w:separator/>
      </w:r>
    </w:p>
  </w:endnote>
  <w:endnote w:type="continuationSeparator" w:id="0">
    <w:p w14:paraId="738CCBED" w14:textId="77777777" w:rsidR="008A6D7C" w:rsidRPr="002E1D99" w:rsidRDefault="008A6D7C">
      <w:pPr>
        <w:spacing w:line="240" w:lineRule="auto"/>
      </w:pPr>
      <w:r w:rsidRPr="002E1D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8DB49" w14:textId="77777777" w:rsidR="008A6D7C" w:rsidRPr="002E1D99" w:rsidRDefault="008A6D7C">
      <w:pPr>
        <w:spacing w:line="240" w:lineRule="auto"/>
      </w:pPr>
      <w:r w:rsidRPr="002E1D99">
        <w:separator/>
      </w:r>
    </w:p>
  </w:footnote>
  <w:footnote w:type="continuationSeparator" w:id="0">
    <w:p w14:paraId="27C722CB" w14:textId="77777777" w:rsidR="008A6D7C" w:rsidRPr="002E1D99" w:rsidRDefault="008A6D7C">
      <w:pPr>
        <w:spacing w:line="240" w:lineRule="auto"/>
      </w:pPr>
      <w:r w:rsidRPr="002E1D9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873883677">
    <w:abstractNumId w:val="8"/>
  </w:num>
  <w:num w:numId="2" w16cid:durableId="1018235213">
    <w:abstractNumId w:val="6"/>
  </w:num>
  <w:num w:numId="3" w16cid:durableId="2027831816">
    <w:abstractNumId w:val="5"/>
  </w:num>
  <w:num w:numId="4" w16cid:durableId="1329670034">
    <w:abstractNumId w:val="4"/>
  </w:num>
  <w:num w:numId="5" w16cid:durableId="739597118">
    <w:abstractNumId w:val="7"/>
  </w:num>
  <w:num w:numId="6" w16cid:durableId="1106996411">
    <w:abstractNumId w:val="3"/>
  </w:num>
  <w:num w:numId="7" w16cid:durableId="1597518293">
    <w:abstractNumId w:val="2"/>
  </w:num>
  <w:num w:numId="8" w16cid:durableId="462233914">
    <w:abstractNumId w:val="1"/>
  </w:num>
  <w:num w:numId="9" w16cid:durableId="682782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E1D99"/>
    <w:rsid w:val="00326F90"/>
    <w:rsid w:val="00385103"/>
    <w:rsid w:val="00504E85"/>
    <w:rsid w:val="0054359C"/>
    <w:rsid w:val="00740D33"/>
    <w:rsid w:val="00747E36"/>
    <w:rsid w:val="008A6D7C"/>
    <w:rsid w:val="00AA1D8D"/>
    <w:rsid w:val="00B447F8"/>
    <w:rsid w:val="00B47730"/>
    <w:rsid w:val="00CB0664"/>
    <w:rsid w:val="00D24A0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E85098"/>
  <w14:defaultImageDpi w14:val="300"/>
  <w15:docId w15:val="{D44AC7F1-22F7-4A3C-9130-B36880542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Arial" w:hAnsi="Arial"/>
      <w:lang w:val="fr-FR"/>
    </w:rPr>
  </w:style>
  <w:style w:type="paragraph" w:styleId="Titre1">
    <w:name w:val="heading 1"/>
    <w:basedOn w:val="Normal"/>
    <w:next w:val="Normal"/>
    <w:link w:val="Titre1C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185</Words>
  <Characters>1020</Characters>
  <Application>Microsoft Office Word</Application>
  <DocSecurity>0</DocSecurity>
  <Lines>8</Lines>
  <Paragraphs>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Exercice Word - Mise en forme d'un courrier professionnel</vt:lpstr>
      <vt:lpstr/>
    </vt:vector>
  </TitlesOfParts>
  <Manager/>
  <Company/>
  <LinksUpToDate>false</LinksUpToDate>
  <CharactersWithSpaces>1203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Exercice Word - Mise en forme d'un courrier professionnel</dc:title>
  <dc:subject>Support pédagogique pour l'apprentissage de Microsoft Word</dc:subject>
  <dc:creator>OpenAI</dc:creator>
  <cp:keywords/>
  <dc:description>generated by python-docx</dc:description>
  <cp:lastModifiedBy>didier pitiot</cp:lastModifiedBy>
  <cp:revision>4</cp:revision>
  <dcterms:created xsi:type="dcterms:W3CDTF">2026-09-22T07:34:00Z</dcterms:created>
  <dcterms:modified xsi:type="dcterms:W3CDTF">2026-09-23T09:37:00Z</dcterms:modified>
  <cp:category/>
</cp:coreProperties>
</file>